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CURRÍCULUM PARA SUPERMERCADO</w:t>
      </w:r>
    </w:p>
    <w:p>
      <w:r>
        <w:t>Nombre y Apellidos: ________________________________</w:t>
      </w:r>
    </w:p>
    <w:p>
      <w:r>
        <w:t>Teléfono: ____________________    Email: __________________________</w:t>
      </w:r>
    </w:p>
    <w:p>
      <w:r>
        <w:t>Localidad: ________________________________</w:t>
      </w:r>
    </w:p>
    <w:p>
      <w:pPr>
        <w:pStyle w:val="Heading2"/>
      </w:pPr>
      <w:r>
        <w:t>Objetivo profesional (2–3 líneas)</w:t>
      </w:r>
    </w:p>
    <w:p>
      <w:r>
        <w:t>Escribe aquí tu objetivo orientado al puesto (caja, reposición, atención al cliente) y tu disponibilidad.</w:t>
      </w:r>
    </w:p>
    <w:p>
      <w:pPr>
        <w:pStyle w:val="Heading2"/>
      </w:pPr>
      <w:r>
        <w:t>Experiencia laboral</w:t>
      </w:r>
    </w:p>
    <w:p>
      <w:r>
        <w:t>Puesto / Empresa    Desde ____ / Hasta ____</w:t>
      </w:r>
    </w:p>
    <w:p>
      <w:r>
        <w:t>- Función / logro 1</w:t>
      </w:r>
    </w:p>
    <w:p>
      <w:r>
        <w:t>- Función / logro 2 (añade métricas: clientes/día, pasillos repuestos, tiempos de cobro)</w:t>
      </w:r>
    </w:p>
    <w:p>
      <w:pPr>
        <w:pStyle w:val="Heading2"/>
      </w:pPr>
      <w:r>
        <w:t>Formación</w:t>
      </w:r>
    </w:p>
    <w:p>
      <w:r>
        <w:t>- Título / Centro / Año</w:t>
      </w:r>
    </w:p>
    <w:p>
      <w:r>
        <w:t>- Curso Manipulador de Alimentos / PRL (si aplica)</w:t>
      </w:r>
    </w:p>
    <w:p>
      <w:pPr>
        <w:pStyle w:val="Heading2"/>
      </w:pPr>
      <w:r>
        <w:t>Habilidades</w:t>
      </w:r>
    </w:p>
    <w:p>
      <w:r>
        <w:t>- Atención al cliente</w:t>
      </w:r>
    </w:p>
    <w:p>
      <w:r>
        <w:t>- Caja y TPV</w:t>
      </w:r>
    </w:p>
    <w:p>
      <w:r>
        <w:t>- Reposición e inventario</w:t>
      </w:r>
    </w:p>
    <w:p>
      <w:r>
        <w:t>- Trabajo en equipo</w:t>
      </w:r>
    </w:p>
    <w:p>
      <w:r>
        <w:t>- Idiomas: ____________</w:t>
      </w:r>
    </w:p>
    <w:p>
      <w:pPr>
        <w:pStyle w:val="Heading2"/>
      </w:pPr>
      <w:r>
        <w:t>Disponibilidad</w:t>
      </w:r>
    </w:p>
    <w:p>
      <w:r>
        <w:t>Indica turnos (mañana/tarde/noche), fines de semana y movilidad.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